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6FBB15" w14:textId="77777777" w:rsidR="00152F3B" w:rsidRDefault="00F04ADB">
      <w:pPr>
        <w:pStyle w:val="Title"/>
      </w:pPr>
      <w:r>
        <w:t xml:space="preserve">Constitution of </w:t>
      </w:r>
      <w:proofErr w:type="spellStart"/>
      <w:r>
        <w:t>NextStep</w:t>
      </w:r>
      <w:proofErr w:type="spellEnd"/>
      <w:r>
        <w:t xml:space="preserve"> Development Club</w:t>
      </w:r>
    </w:p>
    <w:p w14:paraId="1268C9C2" w14:textId="77777777" w:rsidR="00152F3B" w:rsidRDefault="00F04ADB">
      <w:pPr>
        <w:pStyle w:val="Heading1"/>
      </w:pPr>
      <w:r>
        <w:t>1. Name</w:t>
      </w:r>
    </w:p>
    <w:p w14:paraId="5910C2A2" w14:textId="77777777" w:rsidR="00152F3B" w:rsidRDefault="00F04ADB">
      <w:r>
        <w:t xml:space="preserve">The name of the club shall be </w:t>
      </w:r>
      <w:proofErr w:type="spellStart"/>
      <w:r>
        <w:t>NextStep</w:t>
      </w:r>
      <w:proofErr w:type="spellEnd"/>
      <w:r>
        <w:t xml:space="preserve"> Development Club (hereafter referred to as “the Club”).</w:t>
      </w:r>
    </w:p>
    <w:p w14:paraId="7307B2AA" w14:textId="77777777" w:rsidR="00152F3B" w:rsidRDefault="00F04ADB">
      <w:pPr>
        <w:pStyle w:val="Heading1"/>
      </w:pPr>
      <w:r>
        <w:t>2. Objectives</w:t>
      </w:r>
    </w:p>
    <w:p w14:paraId="095E2098" w14:textId="77777777" w:rsidR="00152F3B" w:rsidRDefault="00F04ADB">
      <w:r>
        <w:t>The objectives of the Club are to:</w:t>
      </w:r>
      <w:r>
        <w:br/>
        <w:t>a) Support students in developing public speaking skills</w:t>
      </w:r>
      <w:r>
        <w:br/>
        <w:t>b) Improve members’ interview skills and confidence</w:t>
      </w:r>
      <w:r>
        <w:br/>
        <w:t>c) Enhance students’ ability to deliver presentations effectively</w:t>
      </w:r>
      <w:r>
        <w:br/>
        <w:t>d) Prepare members for real-world employment and professional environments</w:t>
      </w:r>
      <w:r>
        <w:br/>
        <w:t>e) Provide opportunities for personal and professional development</w:t>
      </w:r>
      <w:r>
        <w:br/>
        <w:t xml:space="preserve">f) </w:t>
      </w:r>
      <w:proofErr w:type="spellStart"/>
      <w:r>
        <w:t>Organise</w:t>
      </w:r>
      <w:proofErr w:type="spellEnd"/>
      <w:r>
        <w:t xml:space="preserve"> workshops, mock interviews, and skill-building activities</w:t>
      </w:r>
      <w:r>
        <w:br/>
        <w:t>g) Foster a supportive and inclusive environment for all members</w:t>
      </w:r>
    </w:p>
    <w:p w14:paraId="7B150C01" w14:textId="77777777" w:rsidR="00152F3B" w:rsidRDefault="00F04ADB">
      <w:pPr>
        <w:pStyle w:val="Heading1"/>
      </w:pPr>
      <w:r>
        <w:t>3. Membership</w:t>
      </w:r>
    </w:p>
    <w:p w14:paraId="717A89AE" w14:textId="7B3CCA5E" w:rsidR="00152F3B" w:rsidRDefault="00F04ADB">
      <w:r>
        <w:t>3.1 Eligibility</w:t>
      </w:r>
      <w:r>
        <w:br/>
        <w:t xml:space="preserve">Membership is open to all currently enrolled students </w:t>
      </w:r>
      <w:r w:rsidR="00B26741">
        <w:t>at</w:t>
      </w:r>
      <w:r>
        <w:t xml:space="preserve"> the University.</w:t>
      </w:r>
      <w:r w:rsidR="005B6CCC">
        <w:t xml:space="preserve"> A mini</w:t>
      </w:r>
      <w:r w:rsidR="002367D8">
        <w:t>mum of 51% of members must be ECU Student</w:t>
      </w:r>
      <w:r w:rsidR="00B26741">
        <w:t xml:space="preserve"> Guild members.</w:t>
      </w:r>
      <w:r>
        <w:br/>
      </w:r>
      <w:r>
        <w:br/>
        <w:t>3.2 Register of Members</w:t>
      </w:r>
      <w:r>
        <w:br/>
        <w:t>The Club shall keep a register of members including their names and contact details.</w:t>
      </w:r>
      <w:r>
        <w:br/>
      </w:r>
      <w:r>
        <w:br/>
        <w:t>3.3 Membership Rights</w:t>
      </w:r>
      <w:r>
        <w:br/>
        <w:t>All members are entitled to:</w:t>
      </w:r>
      <w:r>
        <w:br/>
        <w:t>- Attend Club events</w:t>
      </w:r>
      <w:r>
        <w:br/>
        <w:t>- Vote at General Meetings</w:t>
      </w:r>
      <w:r>
        <w:br/>
        <w:t>- Nominate for committee positions</w:t>
      </w:r>
      <w:r>
        <w:br/>
      </w:r>
      <w:r>
        <w:br/>
        <w:t>3.4 Membership Termination</w:t>
      </w:r>
      <w:r>
        <w:br/>
        <w:t>The Club may terminate membership if a member breaches the Club’s rules or code of conduct.</w:t>
      </w:r>
    </w:p>
    <w:p w14:paraId="0500DA37" w14:textId="77777777" w:rsidR="00152F3B" w:rsidRDefault="00F04ADB">
      <w:pPr>
        <w:pStyle w:val="Heading1"/>
      </w:pPr>
      <w:r>
        <w:lastRenderedPageBreak/>
        <w:t>4. Code of Conduct (Anti-Bullying Policy)</w:t>
      </w:r>
    </w:p>
    <w:p w14:paraId="0CC02927" w14:textId="18204C08" w:rsidR="00152F3B" w:rsidRDefault="00F04ADB">
      <w:r>
        <w:t>The Club is committed to providing a safe, respectful, and inclusive environment.</w:t>
      </w:r>
      <w:r>
        <w:br/>
      </w:r>
      <w:r>
        <w:br/>
        <w:t>The Club does not tolerate:</w:t>
      </w:r>
      <w:r>
        <w:br/>
        <w:t>- Bullying</w:t>
      </w:r>
      <w:r>
        <w:br/>
        <w:t>- Harassment</w:t>
      </w:r>
      <w:r>
        <w:br/>
        <w:t>- Discrimination</w:t>
      </w:r>
      <w:r>
        <w:br/>
        <w:t xml:space="preserve">- Offensive or inappropriate </w:t>
      </w:r>
      <w:r w:rsidR="00C325A5">
        <w:t>behavior</w:t>
      </w:r>
      <w:r>
        <w:br/>
      </w:r>
      <w:r>
        <w:br/>
        <w:t>All members must</w:t>
      </w:r>
      <w:r w:rsidR="00A55945">
        <w:t xml:space="preserve"> </w:t>
      </w:r>
      <w:proofErr w:type="gramStart"/>
      <w:r w:rsidR="00A55945">
        <w:t>treat others with respect</w:t>
      </w:r>
      <w:r w:rsidR="00B926D1">
        <w:t xml:space="preserve"> at all times</w:t>
      </w:r>
      <w:proofErr w:type="gramEnd"/>
      <w:r w:rsidR="00B926D1">
        <w:t>.</w:t>
      </w:r>
      <w:r>
        <w:br/>
      </w:r>
      <w:r>
        <w:br/>
        <w:t>Any breaches may result in disciplinary action, including removal from the Club.</w:t>
      </w:r>
    </w:p>
    <w:p w14:paraId="7A1F2A02" w14:textId="35EE1F92" w:rsidR="00176911" w:rsidRDefault="00F71AAD">
      <w:r>
        <w:t>4.1 Disciplin</w:t>
      </w:r>
      <w:r w:rsidR="00CE290B">
        <w:t>ary</w:t>
      </w:r>
      <w:r>
        <w:t xml:space="preserve"> Process</w:t>
      </w:r>
    </w:p>
    <w:p w14:paraId="022EF6FE" w14:textId="48A74A0B" w:rsidR="00F71AAD" w:rsidRDefault="00F71AAD">
      <w:r>
        <w:t xml:space="preserve">Any </w:t>
      </w:r>
      <w:r w:rsidR="00241575">
        <w:t>complaints</w:t>
      </w:r>
      <w:r>
        <w:t xml:space="preserve"> regarding misconduct </w:t>
      </w:r>
      <w:r w:rsidR="00241575">
        <w:t xml:space="preserve">must be reported to the Executive </w:t>
      </w:r>
      <w:r w:rsidR="00A87D7B">
        <w:t>Committee.</w:t>
      </w:r>
    </w:p>
    <w:p w14:paraId="5A7112F6" w14:textId="4C4FB5C6" w:rsidR="00A87D7B" w:rsidRDefault="00A87D7B">
      <w:r>
        <w:t>The Committee will review the matter in a fair and confi</w:t>
      </w:r>
      <w:r w:rsidR="004B3851">
        <w:t>dential manner.</w:t>
      </w:r>
    </w:p>
    <w:p w14:paraId="172949E6" w14:textId="1DA154AE" w:rsidR="004B3851" w:rsidRDefault="00660BDF">
      <w:r>
        <w:t xml:space="preserve">The </w:t>
      </w:r>
      <w:proofErr w:type="gramStart"/>
      <w:r>
        <w:t>member</w:t>
      </w:r>
      <w:proofErr w:type="gramEnd"/>
      <w:r>
        <w:t xml:space="preserve"> involved will be given an opportunity to respond.</w:t>
      </w:r>
    </w:p>
    <w:p w14:paraId="45C5C2CC" w14:textId="063ADEE0" w:rsidR="00660BDF" w:rsidRDefault="00C630A5">
      <w:r>
        <w:t>The Committee may take appropriate action, including issuing a warning, suspe</w:t>
      </w:r>
      <w:r w:rsidR="00AD4249">
        <w:t>nsion, or termination of membership.</w:t>
      </w:r>
    </w:p>
    <w:p w14:paraId="55B0F92D" w14:textId="7EABD1E8" w:rsidR="00AD4249" w:rsidRDefault="00AD4249">
      <w:r>
        <w:t>Decisions will be made by a majority vote of the Executive Committee.</w:t>
      </w:r>
    </w:p>
    <w:p w14:paraId="42F78759" w14:textId="77777777" w:rsidR="00152F3B" w:rsidRDefault="00F04ADB">
      <w:pPr>
        <w:pStyle w:val="Heading1"/>
      </w:pPr>
      <w:r>
        <w:t>5. Executive Committee</w:t>
      </w:r>
    </w:p>
    <w:p w14:paraId="2D10346E" w14:textId="77777777" w:rsidR="00152F3B" w:rsidRDefault="00F04ADB">
      <w:r>
        <w:t>The Executive Committee shall consist of:</w:t>
      </w:r>
      <w:r>
        <w:br/>
        <w:t>- President</w:t>
      </w:r>
      <w:r>
        <w:br/>
        <w:t>- Vice President</w:t>
      </w:r>
      <w:r>
        <w:br/>
        <w:t>- Secretary</w:t>
      </w:r>
      <w:r>
        <w:br/>
        <w:t>- Treasurer</w:t>
      </w:r>
      <w:r>
        <w:br/>
      </w:r>
      <w:r>
        <w:br/>
        <w:t>All committee members must be currently enrolled students.</w:t>
      </w:r>
    </w:p>
    <w:p w14:paraId="4991C937" w14:textId="463EA4D8" w:rsidR="00C72112" w:rsidRDefault="00C72112">
      <w:r>
        <w:t>5.1 Conflict of Interest</w:t>
      </w:r>
    </w:p>
    <w:p w14:paraId="708681FC" w14:textId="743DF731" w:rsidR="00C72112" w:rsidRDefault="00C72112">
      <w:r>
        <w:t>Committee members must declare any actual pr perceived conflict of interest and must use their position for personal gain.</w:t>
      </w:r>
    </w:p>
    <w:p w14:paraId="57DA6A48" w14:textId="77777777" w:rsidR="00601B8C" w:rsidRDefault="00601B8C">
      <w:pPr>
        <w:pStyle w:val="Heading1"/>
      </w:pPr>
    </w:p>
    <w:p w14:paraId="61B8244B" w14:textId="0CA60354" w:rsidR="00152F3B" w:rsidRDefault="00F04ADB">
      <w:pPr>
        <w:pStyle w:val="Heading1"/>
      </w:pPr>
      <w:r>
        <w:t>6. Meetings</w:t>
      </w:r>
    </w:p>
    <w:p w14:paraId="70554442" w14:textId="77777777" w:rsidR="00152F3B" w:rsidRDefault="00F04ADB">
      <w:r>
        <w:t>General meetings shall be held regularly during the academic year.</w:t>
      </w:r>
      <w:r>
        <w:br/>
      </w:r>
      <w:r>
        <w:br/>
        <w:t>An Annual General Meeting (AGM) shall be held annually to present reports and elect a new committee.</w:t>
      </w:r>
    </w:p>
    <w:p w14:paraId="12289137" w14:textId="77777777" w:rsidR="00152F3B" w:rsidRDefault="00F04ADB">
      <w:pPr>
        <w:pStyle w:val="Heading1"/>
      </w:pPr>
      <w:r>
        <w:t>7. Elections</w:t>
      </w:r>
    </w:p>
    <w:p w14:paraId="39579A90" w14:textId="77777777" w:rsidR="00152F3B" w:rsidRDefault="00F04ADB">
      <w:r>
        <w:t>Elections shall be conducted at the AGM.</w:t>
      </w:r>
      <w:r>
        <w:br/>
        <w:t>All members may vote.</w:t>
      </w:r>
      <w:r>
        <w:br/>
        <w:t>Positions are decided by majority vote.</w:t>
      </w:r>
    </w:p>
    <w:p w14:paraId="70D146E6" w14:textId="77777777" w:rsidR="00152F3B" w:rsidRDefault="00F04ADB">
      <w:pPr>
        <w:pStyle w:val="Heading1"/>
      </w:pPr>
      <w:r>
        <w:t>8. Finances</w:t>
      </w:r>
    </w:p>
    <w:p w14:paraId="2799D56D" w14:textId="77777777" w:rsidR="00152F3B" w:rsidRDefault="00F04ADB">
      <w:r>
        <w:t>All funds must be used for the benefit of the Club.</w:t>
      </w:r>
      <w:r>
        <w:br/>
        <w:t>The Treasurer shall keep accurate financial records.</w:t>
      </w:r>
      <w:r>
        <w:br/>
        <w:t>Any expenditure must be approved by the Executive Committee.</w:t>
      </w:r>
    </w:p>
    <w:p w14:paraId="539D716A" w14:textId="77777777" w:rsidR="00152F3B" w:rsidRDefault="00F04ADB">
      <w:pPr>
        <w:pStyle w:val="Heading1"/>
      </w:pPr>
      <w:r>
        <w:t>9. Dispute Resolution</w:t>
      </w:r>
    </w:p>
    <w:p w14:paraId="5A14DFE6" w14:textId="77777777" w:rsidR="00152F3B" w:rsidRDefault="00F04ADB">
      <w:r>
        <w:t>Any disputes should first be addressed internally by the Executive Committee.</w:t>
      </w:r>
      <w:r>
        <w:br/>
        <w:t>If unresolved, the matter may be referred to the Guild or relevant University authority.</w:t>
      </w:r>
    </w:p>
    <w:p w14:paraId="6DDE6613" w14:textId="77777777" w:rsidR="00152F3B" w:rsidRDefault="00F04ADB">
      <w:pPr>
        <w:pStyle w:val="Heading1"/>
      </w:pPr>
      <w:r>
        <w:t>10. Amendments</w:t>
      </w:r>
    </w:p>
    <w:p w14:paraId="07FED9D9" w14:textId="77777777" w:rsidR="00152F3B" w:rsidRDefault="00F04ADB">
      <w:r>
        <w:t>This Constitution may be amended by a majority vote at a General Meeting.</w:t>
      </w:r>
    </w:p>
    <w:p w14:paraId="56F7FF85" w14:textId="77777777" w:rsidR="00152F3B" w:rsidRDefault="00F04ADB">
      <w:pPr>
        <w:pStyle w:val="Heading1"/>
      </w:pPr>
      <w:r>
        <w:t>11. Dissolution</w:t>
      </w:r>
    </w:p>
    <w:p w14:paraId="0312792C" w14:textId="77777777" w:rsidR="00152F3B" w:rsidRDefault="00F04ADB">
      <w:r>
        <w:t>The Club may be dissolved by a majority vote.</w:t>
      </w:r>
      <w:r>
        <w:br/>
        <w:t>Any remaining funds shall be handled in accordance with University Guild requirements.</w:t>
      </w:r>
    </w:p>
    <w:p w14:paraId="4914799B" w14:textId="56D4027C" w:rsidR="00A229AE" w:rsidRDefault="00A229AE" w:rsidP="00A229AE">
      <w:pPr>
        <w:pStyle w:val="Heading1"/>
      </w:pPr>
      <w:r>
        <w:t>1</w:t>
      </w:r>
      <w:r>
        <w:t>2</w:t>
      </w:r>
      <w:r>
        <w:t xml:space="preserve">. </w:t>
      </w:r>
      <w:r w:rsidR="009F71D8">
        <w:t>Compliance with Guild Policies</w:t>
      </w:r>
    </w:p>
    <w:p w14:paraId="50F151B8" w14:textId="028FB175" w:rsidR="009F71D8" w:rsidRPr="009F71D8" w:rsidRDefault="00933B1E" w:rsidP="009F71D8">
      <w:r>
        <w:t>The Club shall comply with all relevant ECU Student Guild policies, including but not limited to the Club Code of Conduct and Club Aff</w:t>
      </w:r>
      <w:r w:rsidR="005E351E">
        <w:t>iliation Policy.</w:t>
      </w:r>
    </w:p>
    <w:p w14:paraId="7495F710" w14:textId="3F084293" w:rsidR="00A229AE" w:rsidRDefault="00A229AE"/>
    <w:sectPr w:rsidR="00A229AE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366834648">
    <w:abstractNumId w:val="8"/>
  </w:num>
  <w:num w:numId="2" w16cid:durableId="2042629569">
    <w:abstractNumId w:val="6"/>
  </w:num>
  <w:num w:numId="3" w16cid:durableId="415056057">
    <w:abstractNumId w:val="5"/>
  </w:num>
  <w:num w:numId="4" w16cid:durableId="812985149">
    <w:abstractNumId w:val="4"/>
  </w:num>
  <w:num w:numId="5" w16cid:durableId="1785230538">
    <w:abstractNumId w:val="7"/>
  </w:num>
  <w:num w:numId="6" w16cid:durableId="2111925151">
    <w:abstractNumId w:val="3"/>
  </w:num>
  <w:num w:numId="7" w16cid:durableId="970331551">
    <w:abstractNumId w:val="2"/>
  </w:num>
  <w:num w:numId="8" w16cid:durableId="1483504851">
    <w:abstractNumId w:val="1"/>
  </w:num>
  <w:num w:numId="9" w16cid:durableId="19288022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152F3B"/>
    <w:rsid w:val="00176911"/>
    <w:rsid w:val="002367D8"/>
    <w:rsid w:val="00241575"/>
    <w:rsid w:val="0029639D"/>
    <w:rsid w:val="00326F90"/>
    <w:rsid w:val="004B3851"/>
    <w:rsid w:val="005B6CCC"/>
    <w:rsid w:val="005E351E"/>
    <w:rsid w:val="00601B8C"/>
    <w:rsid w:val="00660BDF"/>
    <w:rsid w:val="00933B1E"/>
    <w:rsid w:val="009F71D8"/>
    <w:rsid w:val="00A229AE"/>
    <w:rsid w:val="00A55945"/>
    <w:rsid w:val="00A87D7B"/>
    <w:rsid w:val="00A96DFB"/>
    <w:rsid w:val="00AA1D8D"/>
    <w:rsid w:val="00AC5BB0"/>
    <w:rsid w:val="00AD4249"/>
    <w:rsid w:val="00B26741"/>
    <w:rsid w:val="00B47730"/>
    <w:rsid w:val="00B926D1"/>
    <w:rsid w:val="00C325A5"/>
    <w:rsid w:val="00C630A5"/>
    <w:rsid w:val="00C72112"/>
    <w:rsid w:val="00CB0664"/>
    <w:rsid w:val="00CE290B"/>
    <w:rsid w:val="00D01CD2"/>
    <w:rsid w:val="00E60E7A"/>
    <w:rsid w:val="00F04ADB"/>
    <w:rsid w:val="00F71AAD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F6D8C87"/>
  <w14:defaultImageDpi w14:val="300"/>
  <w15:docId w15:val="{EB6019CD-8F7C-4664-AE61-E94738B05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505</Words>
  <Characters>2883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3382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Ayu Suryaningsih</cp:lastModifiedBy>
  <cp:revision>23</cp:revision>
  <dcterms:created xsi:type="dcterms:W3CDTF">2026-03-30T14:01:00Z</dcterms:created>
  <dcterms:modified xsi:type="dcterms:W3CDTF">2026-04-04T04:32:00Z</dcterms:modified>
  <cp:category/>
</cp:coreProperties>
</file>